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0"/>
        <w:jc w:val="center"/>
      </w:pPr>
      <w:r>
        <w:rPr>
          <w:b/>
          <w:bCs/>
          <w:sz w:val="32"/>
          <w:szCs w:val="32"/>
          <w:rtl/>
        </w:rPr>
        <w:t>הזמנת שירותי תיווך במקרקעין</w:t>
      </w:r>
    </w:p>
    <w:p>
      <w:pPr>
        <w:bidi/>
        <w:spacing w:after="200"/>
        <w:jc w:val="center"/>
      </w:pPr>
      <w:r>
        <w:rPr>
          <w:color w:val="444444"/>
          <w:sz w:val="22"/>
          <w:szCs w:val="22"/>
          <w:rtl/>
        </w:rPr>
        <w:t>למוכר או למשכיר, עם בלעדיות (נספח א׳) ופעולות שיווק (נספח ב׳)</w:t>
      </w:r>
    </w:p>
    <w:p>
      <w:pPr>
        <w:bidi/>
        <w:spacing w:before="80"/>
      </w:pPr>
      <w:r>
        <w:rPr>
          <w:rtl/>
        </w:rPr>
        <w:t>תאריך: ________________</w:t>
      </w:r>
    </w:p>
    <w:p>
      <w:pPr>
        <w:pBdr>
          <w:bottom w:val="single" w:sz="6" w:space="1" w:color="BBBBBB"/>
        </w:pBdr>
        <w:bidi/>
        <w:spacing w:before="200" w:after="80"/>
      </w:pPr>
      <w:r>
        <w:rPr>
          <w:b/>
          <w:bCs/>
          <w:sz w:val="24"/>
          <w:szCs w:val="24"/>
          <w:rtl/>
        </w:rPr>
        <w:t>פרטי המתווך</w:t>
      </w:r>
    </w:p>
    <w:p>
      <w:pPr>
        <w:bidi/>
        <w:spacing w:before="80"/>
      </w:pPr>
      <w:r>
        <w:rPr>
          <w:rtl/>
        </w:rPr>
        <w:t>שם המתווך: ____________________________</w:t>
      </w:r>
      <w:r>
        <w:rPr>
          <w:rtl/>
        </w:rPr>
        <w:t xml:space="preserve">      מספר רישיון: __________</w:t>
      </w:r>
    </w:p>
    <w:p>
      <w:pPr>
        <w:bidi/>
        <w:spacing w:before="80"/>
      </w:pPr>
      <w:r>
        <w:rPr>
          <w:rtl/>
        </w:rPr>
        <w:t>מספר זהות: ________________</w:t>
      </w:r>
      <w:r>
        <w:rPr>
          <w:rtl/>
        </w:rPr>
        <w:t xml:space="preserve">      שם המשרד: ________________</w:t>
      </w:r>
    </w:p>
    <w:p>
      <w:pPr>
        <w:bidi/>
        <w:spacing w:before="80"/>
      </w:pPr>
      <w:r>
        <w:rPr>
          <w:rtl/>
        </w:rPr>
        <w:t>כתובת: ____________________________</w:t>
      </w:r>
    </w:p>
    <w:p>
      <w:pPr>
        <w:bidi/>
        <w:spacing w:before="80"/>
      </w:pPr>
      <w:r>
        <w:rPr>
          <w:rtl/>
        </w:rPr>
        <w:t>טלפון: ________________</w:t>
      </w:r>
      <w:r>
        <w:rPr>
          <w:rtl/>
        </w:rPr>
        <w:t xml:space="preserve">      דוא״ל: ________________</w:t>
      </w:r>
    </w:p>
    <w:p>
      <w:pPr>
        <w:pBdr>
          <w:bottom w:val="single" w:sz="6" w:space="1" w:color="BBBBBB"/>
        </w:pBdr>
        <w:bidi/>
        <w:spacing w:before="200" w:after="80"/>
      </w:pPr>
      <w:r>
        <w:rPr>
          <w:b/>
          <w:bCs/>
          <w:sz w:val="24"/>
          <w:szCs w:val="24"/>
          <w:rtl/>
        </w:rPr>
        <w:t>פרטי הלקוח (בעל הנכס)</w:t>
      </w:r>
    </w:p>
    <w:p>
      <w:pPr>
        <w:bidi/>
        <w:spacing w:before="80"/>
      </w:pPr>
      <w:r>
        <w:rPr>
          <w:rtl/>
        </w:rPr>
        <w:t>שם מלא: ____________________________</w:t>
      </w:r>
      <w:r>
        <w:rPr>
          <w:rtl/>
        </w:rPr>
        <w:t xml:space="preserve">      מספר זהות: ________________</w:t>
      </w:r>
    </w:p>
    <w:p>
      <w:pPr>
        <w:bidi/>
        <w:spacing w:before="80"/>
      </w:pPr>
      <w:r>
        <w:rPr>
          <w:rtl/>
        </w:rPr>
        <w:t>כתובת: ____________________________</w:t>
      </w:r>
    </w:p>
    <w:p>
      <w:pPr>
        <w:bidi/>
        <w:spacing w:before="80"/>
      </w:pPr>
      <w:r>
        <w:rPr>
          <w:rtl/>
        </w:rPr>
        <w:t>טלפון: ________________</w:t>
      </w:r>
      <w:r>
        <w:rPr>
          <w:rtl/>
        </w:rPr>
        <w:t xml:space="preserve">      דוא״ל: ________________</w:t>
      </w:r>
    </w:p>
    <w:p>
      <w:pPr>
        <w:bidi/>
        <w:spacing w:before="80"/>
      </w:pPr>
      <w:r>
        <w:rPr>
          <w:rtl/>
        </w:rPr>
        <w:t>לקוח נוסף, אם יש: שם מלא: ____________________________</w:t>
      </w:r>
      <w:r>
        <w:rPr>
          <w:rtl/>
        </w:rPr>
        <w:t xml:space="preserve">      מספר זהות: ________________</w:t>
      </w:r>
    </w:p>
    <w:p>
      <w:pPr>
        <w:pBdr>
          <w:bottom w:val="single" w:sz="6" w:space="1" w:color="BBBBBB"/>
        </w:pBdr>
        <w:bidi/>
        <w:spacing w:before="200" w:after="80"/>
      </w:pPr>
      <w:r>
        <w:rPr>
          <w:b/>
          <w:bCs/>
          <w:sz w:val="24"/>
          <w:szCs w:val="24"/>
          <w:rtl/>
        </w:rPr>
        <w:t>סוג העסקה</w:t>
      </w:r>
    </w:p>
    <w:p>
      <w:pPr>
        <w:bidi/>
        <w:spacing w:before="80"/>
      </w:pPr>
      <w:r>
        <w:rPr>
          <w:rtl/>
        </w:rPr>
        <w:t xml:space="preserve">העסקה המבוקשת:   </w:t>
      </w:r>
      <w:r>
        <w:rPr>
          <w:rtl/>
        </w:rPr>
        <w:t>☐ מכירה     ☐ השכרה</w:t>
      </w:r>
    </w:p>
    <w:p>
      <w:pPr>
        <w:pBdr>
          <w:bottom w:val="single" w:sz="6" w:space="1" w:color="BBBBBB"/>
        </w:pBdr>
        <w:bidi/>
        <w:spacing w:before="200" w:after="80"/>
      </w:pPr>
      <w:r>
        <w:rPr>
          <w:b/>
          <w:bCs/>
          <w:sz w:val="24"/>
          <w:szCs w:val="24"/>
          <w:rtl/>
        </w:rPr>
        <w:t>תיאור הנכס</w:t>
      </w:r>
    </w:p>
    <w:p>
      <w:pPr>
        <w:bidi/>
        <w:spacing w:before="80"/>
      </w:pPr>
      <w:r>
        <w:rPr>
          <w:rtl/>
        </w:rPr>
        <w:t>כתובת הנכס: ____________________________</w:t>
      </w:r>
      <w:r>
        <w:rPr>
          <w:rtl/>
        </w:rPr>
        <w:t xml:space="preserve">      עיר: ________________</w:t>
      </w:r>
    </w:p>
    <w:p>
      <w:pPr>
        <w:bidi/>
        <w:spacing w:before="80"/>
      </w:pPr>
      <w:r>
        <w:rPr>
          <w:rtl/>
        </w:rPr>
        <w:t>גוש: __________</w:t>
      </w:r>
      <w:r>
        <w:rPr>
          <w:rtl/>
        </w:rPr>
        <w:t xml:space="preserve">      חלקה: __________</w:t>
      </w:r>
      <w:r>
        <w:rPr>
          <w:rtl/>
        </w:rPr>
        <w:t xml:space="preserve">      תת חלקה: __________</w:t>
      </w:r>
    </w:p>
    <w:p>
      <w:pPr>
        <w:bidi/>
        <w:spacing w:before="80"/>
      </w:pPr>
      <w:r>
        <w:rPr>
          <w:rtl/>
        </w:rPr>
        <w:t xml:space="preserve">סוג הנכס:   </w:t>
      </w:r>
      <w:r>
        <w:rPr>
          <w:rtl/>
        </w:rPr>
        <w:t>☐ דירה     ☐ בית פרטי     ☐ משרד     ☐ חנות     ☐ מגרש     ☐ אחר: ____________</w:t>
      </w:r>
    </w:p>
    <w:p>
      <w:pPr>
        <w:bidi/>
        <w:spacing w:before="80"/>
      </w:pPr>
      <w:r>
        <w:rPr>
          <w:rtl/>
        </w:rPr>
        <w:t>חדרים: __________</w:t>
      </w:r>
      <w:r>
        <w:rPr>
          <w:rtl/>
        </w:rPr>
        <w:t xml:space="preserve">      קומה: __________</w:t>
      </w:r>
      <w:r>
        <w:rPr>
          <w:rtl/>
        </w:rPr>
        <w:t xml:space="preserve">      שטח במ״ר: __________</w:t>
      </w:r>
    </w:p>
    <w:p>
      <w:pPr>
        <w:bidi/>
        <w:spacing w:before="80"/>
      </w:pPr>
      <w:r>
        <w:rPr>
          <w:rtl/>
        </w:rPr>
        <w:t>הצמדות (חניה, מחסן וכדומה): ____________________________</w:t>
      </w:r>
    </w:p>
    <w:p>
      <w:pPr>
        <w:pBdr>
          <w:bottom w:val="single" w:sz="6" w:space="1" w:color="BBBBBB"/>
        </w:pBdr>
        <w:bidi/>
        <w:spacing w:before="200" w:after="80"/>
      </w:pPr>
      <w:r>
        <w:rPr>
          <w:b/>
          <w:bCs/>
          <w:sz w:val="24"/>
          <w:szCs w:val="24"/>
          <w:rtl/>
        </w:rPr>
        <w:t>מחיר ודמי תיווך</w:t>
      </w:r>
    </w:p>
    <w:p>
      <w:pPr>
        <w:bidi/>
        <w:spacing w:before="80"/>
      </w:pPr>
      <w:r>
        <w:rPr>
          <w:rtl/>
        </w:rPr>
        <w:t>המחיר המבוקש בקירוב, בש״ח (בהשכרה: דמי השכירות לחודש): ____________________________</w:t>
      </w:r>
    </w:p>
    <w:p>
      <w:pPr>
        <w:bidi/>
        <w:spacing w:before="80"/>
      </w:pPr>
      <w:r>
        <w:rPr>
          <w:rtl/>
        </w:rPr>
        <w:t>דמי התיווך באחוזים ממחיר העסקה: __________</w:t>
      </w:r>
      <w:r>
        <w:rPr>
          <w:rtl/>
        </w:rPr>
        <w:t xml:space="preserve">      או: סכום קבוע בש״ח: ________________</w:t>
      </w:r>
    </w:p>
    <w:p>
      <w:pPr>
        <w:bidi/>
        <w:spacing w:before="80"/>
      </w:pPr>
      <w:r>
        <w:rPr>
          <w:rtl/>
        </w:rPr>
        <w:t xml:space="preserve">מע״מ:   </w:t>
      </w:r>
      <w:r>
        <w:rPr>
          <w:rtl/>
        </w:rPr>
        <w:t>☐ דמי התיווך אינם כוללים מע״מ, ומע״מ יתווסף להם     ☐ דמי התיווך כוללים מע״מ</w:t>
      </w:r>
    </w:p>
    <w:p>
      <w:pPr>
        <w:pBdr>
          <w:bottom w:val="single" w:sz="6" w:space="1" w:color="BBBBBB"/>
        </w:pBdr>
        <w:bidi/>
        <w:spacing w:before="200" w:after="80"/>
      </w:pPr>
      <w:r>
        <w:rPr>
          <w:b/>
          <w:bCs/>
          <w:sz w:val="24"/>
          <w:szCs w:val="24"/>
          <w:rtl/>
        </w:rPr>
        <w:t>תנאים</w:t>
      </w:r>
    </w:p>
    <w:p>
      <w:pPr>
        <w:bidi/>
        <w:spacing w:before="40"/>
        <w:ind w:left="340" w:hanging="340"/>
      </w:pPr>
      <w:r>
        <w:rPr>
          <w:rtl/>
        </w:rPr>
        <w:t>1.  הלקוח מזמין בזה מהמתווך שירותי תיווך לעסקה בנכס המתואר לעיל, ומאשר שהפרטים שמסר נכונים.</w:t>
      </w:r>
    </w:p>
    <w:p>
      <w:pPr>
        <w:bidi/>
        <w:spacing w:before="40"/>
        <w:ind w:left="340" w:hanging="340"/>
      </w:pPr>
      <w:r>
        <w:rPr>
          <w:rtl/>
        </w:rPr>
        <w:t>2.  דמי התיווך ישולמו למתווך עם חתימת הסכם מחייב בין הלקוח לבין הצד השני לעסקה.</w:t>
      </w:r>
    </w:p>
    <w:p>
      <w:pPr>
        <w:bidi/>
        <w:spacing w:before="40"/>
        <w:ind w:left="340" w:hanging="340"/>
      </w:pPr>
      <w:r>
        <w:rPr>
          <w:rtl/>
        </w:rPr>
        <w:t>3.  הלקוח מאשר למתווך לפרסם את הנכס ולהציג אותו למתעניינים.</w:t>
      </w:r>
    </w:p>
    <w:p>
      <w:pPr>
        <w:bidi/>
        <w:spacing w:before="40"/>
        <w:ind w:left="340" w:hanging="340"/>
      </w:pPr>
      <w:r>
        <w:rPr>
          <w:rtl/>
        </w:rPr>
        <w:t>4.  מתן הבלעדיות ותקופתה מאושרים במסמך נפרד (נספח א׳), ופעולות השיווק מפורטות בטופס נפרד (נספח ב׳).</w:t>
      </w:r>
    </w:p>
    <w:p>
      <w:pPr>
        <w:bidi/>
        <w:spacing w:before="40"/>
        <w:ind w:left="340" w:hanging="340"/>
      </w:pPr>
      <w:r>
        <w:rPr>
          <w:rtl/>
        </w:rPr>
        <w:t>5.  הלקוח מאשר שקיבל עותק של הזמנה זו ושל הנספחים.</w:t>
      </w:r>
    </w:p>
    <w:p>
      <w:pPr>
        <w:bidi/>
        <w:spacing w:before="80"/>
      </w:pPr>
      <w:r>
        <w:rPr>
          <w:rtl/>
        </w:rPr>
        <w:t>עניין אישי של המתווך בנכס או בעסקה, אם יש (סעיף 10 לחוק): ____________________________</w:t>
      </w:r>
    </w:p>
    <w:p>
      <w:pPr>
        <w:bidi/>
        <w:spacing w:before="280" w:after="0"/>
      </w:pPr>
    </w:p>
    <w:tbl>
      <w:tblPr>
        <w:bidiVisual/>
        <w:tblW w:type="pct" w:w="5000"/>
        <w:tblBorders>
          <w:top w:val="nil"/>
          <w:left w:val="nil"/>
          <w:bottom w:val="nil"/>
          <w:right w:val="nil"/>
          <w:insideH w:val="nil"/>
          <w:insideV w:val="nil"/>
        </w:tblBorders>
        <w:tblLook w:firstColumn="1" w:firstRow="1" w:lastColumn="0" w:lastRow="0" w:noHBand="0" w:noVBand="1" w:val="04A0"/>
      </w:tblPr>
      <w:tblGrid>
        <w:gridCol w:w="3213"/>
        <w:gridCol w:w="3213"/>
        <w:gridCol w:w="3213"/>
      </w:tblGrid>
      <w:tr>
        <w:tc>
          <w:tcPr>
            <w:tcW w:type="dxa" w:w="3213"/>
          </w:tcPr>
          <w:p>
            <w:pPr>
              <w:bidi/>
            </w:pPr>
            <w:r>
              <w:rPr>
                <w:rtl/>
              </w:rPr>
              <w:t>______________________</w:t>
            </w:r>
          </w:p>
        </w:tc>
        <w:tc>
          <w:tcPr>
            <w:tcW w:type="dxa" w:w="3213"/>
          </w:tcPr>
          <w:p>
            <w:pPr>
              <w:bidi/>
            </w:pPr>
            <w:r>
              <w:rPr>
                <w:rtl/>
              </w:rPr>
              <w:t>______________________</w:t>
            </w:r>
          </w:p>
        </w:tc>
        <w:tc>
          <w:tcPr>
            <w:tcW w:type="dxa" w:w="3213"/>
          </w:tcPr>
          <w:p>
            <w:pPr>
              <w:bidi/>
            </w:pPr>
            <w:r>
              <w:rPr>
                <w:rtl/>
              </w:rPr>
              <w:t>______________________</w:t>
            </w:r>
          </w:p>
        </w:tc>
      </w:tr>
      <w:tr>
        <w:tc>
          <w:tcPr>
            <w:tcW w:type="dxa" w:w="3213"/>
          </w:tcPr>
          <w:p>
            <w:pPr>
              <w:bidi/>
            </w:pPr>
            <w:r>
              <w:rPr>
                <w:sz w:val="20"/>
                <w:szCs w:val="20"/>
                <w:rtl/>
              </w:rPr>
              <w:t>חתימת הלקוח</w:t>
            </w:r>
          </w:p>
        </w:tc>
        <w:tc>
          <w:tcPr>
            <w:tcW w:type="dxa" w:w="3213"/>
          </w:tcPr>
          <w:p>
            <w:pPr>
              <w:bidi/>
            </w:pPr>
            <w:r>
              <w:rPr>
                <w:sz w:val="20"/>
                <w:szCs w:val="20"/>
                <w:rtl/>
              </w:rPr>
              <w:t>חתימת לקוח נוסף</w:t>
            </w:r>
          </w:p>
        </w:tc>
        <w:tc>
          <w:tcPr>
            <w:tcW w:type="dxa" w:w="3213"/>
          </w:tcPr>
          <w:p>
            <w:pPr>
              <w:bidi/>
            </w:pPr>
            <w:r>
              <w:rPr>
                <w:sz w:val="20"/>
                <w:szCs w:val="20"/>
                <w:rtl/>
              </w:rPr>
              <w:t>חתימת המתווך</w:t>
            </w:r>
          </w:p>
        </w:tc>
      </w:tr>
    </w:tbl>
    <w:p>
      <w:pPr>
        <w:bidi/>
        <w:spacing w:after="0"/>
      </w:pPr>
      <w:r>
        <w:br w:type="page"/>
      </w:r>
    </w:p>
    <w:p>
      <w:pPr>
        <w:bidi/>
        <w:spacing w:before="0" w:after="0"/>
        <w:jc w:val="center"/>
      </w:pPr>
      <w:r>
        <w:rPr>
          <w:b/>
          <w:bCs/>
          <w:sz w:val="32"/>
          <w:szCs w:val="32"/>
          <w:rtl/>
        </w:rPr>
        <w:t>נספח א׳: אישור מתן בלעדיות</w:t>
      </w:r>
    </w:p>
    <w:p>
      <w:pPr>
        <w:bidi/>
        <w:spacing w:after="200"/>
        <w:jc w:val="center"/>
      </w:pPr>
      <w:r>
        <w:rPr>
          <w:color w:val="444444"/>
          <w:sz w:val="22"/>
          <w:szCs w:val="22"/>
          <w:rtl/>
        </w:rPr>
        <w:t>מסמך נפרד, לפי סעיף 9(ב) לחוק המתווכים במקרקעין, התשנ״ו-1996</w:t>
      </w:r>
    </w:p>
    <w:p>
      <w:pPr>
        <w:bidi/>
        <w:spacing w:before="80"/>
      </w:pPr>
      <w:r>
        <w:rPr>
          <w:rtl/>
        </w:rPr>
        <w:t>שם הלקוח: ____________________________</w:t>
      </w:r>
      <w:r>
        <w:rPr>
          <w:rtl/>
        </w:rPr>
        <w:t xml:space="preserve">      מספר זהות: ________________</w:t>
      </w:r>
    </w:p>
    <w:p>
      <w:pPr>
        <w:bidi/>
        <w:spacing w:before="80"/>
      </w:pPr>
      <w:r>
        <w:rPr>
          <w:rtl/>
        </w:rPr>
        <w:t>שם המתווך: ____________________________</w:t>
      </w:r>
      <w:r>
        <w:rPr>
          <w:rtl/>
        </w:rPr>
        <w:t xml:space="preserve">      מספר רישיון: __________</w:t>
      </w:r>
    </w:p>
    <w:p>
      <w:pPr>
        <w:bidi/>
        <w:spacing w:before="80"/>
      </w:pPr>
      <w:r>
        <w:rPr>
          <w:rtl/>
        </w:rPr>
        <w:t>כתובת הנכס: ____________________________</w:t>
      </w:r>
    </w:p>
    <w:p>
      <w:pPr>
        <w:bidi/>
        <w:spacing w:before="80"/>
      </w:pPr>
      <w:r>
        <w:rPr>
          <w:rtl/>
        </w:rPr>
        <w:t>הלקוח נותן בזה למתווך בלעדיות בעסקה בנכס שלעיל, לתקופה זו:</w:t>
      </w:r>
    </w:p>
    <w:p>
      <w:pPr>
        <w:bidi/>
        <w:spacing w:before="80"/>
      </w:pPr>
      <w:r>
        <w:rPr>
          <w:rtl/>
        </w:rPr>
        <w:t>מתאריך: ________________</w:t>
      </w:r>
      <w:r>
        <w:rPr>
          <w:rtl/>
        </w:rPr>
        <w:t xml:space="preserve">      עד תאריך: ________________</w:t>
      </w:r>
    </w:p>
    <w:p>
      <w:pPr>
        <w:bidi/>
        <w:spacing w:before="40"/>
        <w:ind w:left="340" w:hanging="340"/>
      </w:pPr>
      <w:r>
        <w:rPr>
          <w:rtl/>
        </w:rPr>
        <w:t>1.  במכירת דירה בידי מוכר שאינו מוכר במהלך עסקיו, תקופת הבלעדיות לא תעלה על שישה חודשים מיום החתימה על ההזמנה. בנכס שאינו דירה, היא לא תעלה על שנה אחת (סעיף 9(ב1) לחוק).</w:t>
      </w:r>
    </w:p>
    <w:p>
      <w:pPr>
        <w:bidi/>
        <w:spacing w:before="40"/>
        <w:ind w:left="340" w:hanging="340"/>
      </w:pPr>
      <w:r>
        <w:rPr>
          <w:rtl/>
        </w:rPr>
        <w:t>2.  בדירה, אם לא נקבעה תקופת בלעדיות, הבלעדיות מסתיימת 30 ימים מיום החתימה על ההזמנה (סעיף 9(ג) לחוק).</w:t>
      </w:r>
    </w:p>
    <w:p>
      <w:pPr>
        <w:bidi/>
        <w:spacing w:before="40"/>
        <w:ind w:left="340" w:hanging="340"/>
      </w:pPr>
      <w:r>
        <w:rPr>
          <w:rtl/>
        </w:rPr>
        <w:t>3.  במהלך תקופת הבלעדיות המתווך יבצע את פעולות השיווק המפורטות בנספח ב׳. במכירה בידי מוכר שאינו מוכר במהלך עסקיו, אם המתווך לא ביצע אותן עד תום שליש מתקופת הבלעדיות, הבלעדיות מסתיימת באותו מועד (סעיף 9(ב2) לחוק).</w:t>
      </w:r>
    </w:p>
    <w:p>
      <w:pPr>
        <w:bidi/>
        <w:spacing w:before="40"/>
        <w:ind w:left="340" w:hanging="340"/>
      </w:pPr>
      <w:r>
        <w:rPr>
          <w:rtl/>
        </w:rPr>
        <w:t>4.  בתקופת הבלעדיות הלקוח יפנה למתווך כל מי שמתעניין בנכס.</w:t>
      </w:r>
    </w:p>
    <w:p>
      <w:pPr>
        <w:bidi/>
        <w:spacing w:before="40"/>
        <w:ind w:left="340" w:hanging="340"/>
      </w:pPr>
      <w:r>
        <w:rPr>
          <w:rtl/>
        </w:rPr>
        <w:t>5.  מתווך שביצע בתקופת הבלעדיות את פעולות השיווק שנקבעו, חזקה שהיה הגורם היעיל לעסקה שנכרתה בתקופת הבלעדיות (סעיף 14(ב) לחוק).</w:t>
      </w:r>
    </w:p>
    <w:p>
      <w:pPr>
        <w:bidi/>
        <w:spacing w:before="80"/>
      </w:pPr>
      <w:r>
        <w:rPr>
          <w:rtl/>
        </w:rPr>
        <w:t>הלקוח מאשר בחתימתו את מתן הבלעדיות ואת תקופתה.</w:t>
      </w:r>
    </w:p>
    <w:p>
      <w:pPr>
        <w:bidi/>
        <w:spacing w:before="280" w:after="0"/>
      </w:pPr>
    </w:p>
    <w:tbl>
      <w:tblPr>
        <w:bidiVisual/>
        <w:tblW w:type="pct" w:w="5000"/>
        <w:tblBorders>
          <w:top w:val="nil"/>
          <w:left w:val="nil"/>
          <w:bottom w:val="nil"/>
          <w:right w:val="nil"/>
          <w:insideH w:val="nil"/>
          <w:insideV w:val="nil"/>
        </w:tblBorders>
        <w:tblLook w:firstColumn="1" w:firstRow="1" w:lastColumn="0" w:lastRow="0" w:noHBand="0" w:noVBand="1" w:val="04A0"/>
      </w:tblPr>
      <w:tblGrid>
        <w:gridCol w:w="3213"/>
        <w:gridCol w:w="3213"/>
        <w:gridCol w:w="3213"/>
      </w:tblGrid>
      <w:tr>
        <w:tc>
          <w:tcPr>
            <w:tcW w:type="dxa" w:w="3213"/>
          </w:tcPr>
          <w:p>
            <w:pPr>
              <w:bidi/>
            </w:pPr>
            <w:r>
              <w:rPr>
                <w:rtl/>
              </w:rPr>
              <w:t>______________________</w:t>
            </w:r>
          </w:p>
        </w:tc>
        <w:tc>
          <w:tcPr>
            <w:tcW w:type="dxa" w:w="3213"/>
          </w:tcPr>
          <w:p>
            <w:pPr>
              <w:bidi/>
            </w:pPr>
            <w:r>
              <w:rPr>
                <w:rtl/>
              </w:rPr>
              <w:t>______________________</w:t>
            </w:r>
          </w:p>
        </w:tc>
        <w:tc>
          <w:tcPr>
            <w:tcW w:type="dxa" w:w="3213"/>
          </w:tcPr>
          <w:p>
            <w:pPr>
              <w:bidi/>
            </w:pPr>
            <w:r>
              <w:rPr>
                <w:rtl/>
              </w:rPr>
              <w:t>______________________</w:t>
            </w:r>
          </w:p>
        </w:tc>
      </w:tr>
      <w:tr>
        <w:tc>
          <w:tcPr>
            <w:tcW w:type="dxa" w:w="3213"/>
          </w:tcPr>
          <w:p>
            <w:pPr>
              <w:bidi/>
            </w:pPr>
            <w:r>
              <w:rPr>
                <w:sz w:val="20"/>
                <w:szCs w:val="20"/>
                <w:rtl/>
              </w:rPr>
              <w:t>חתימת הלקוח</w:t>
            </w:r>
          </w:p>
        </w:tc>
        <w:tc>
          <w:tcPr>
            <w:tcW w:type="dxa" w:w="3213"/>
          </w:tcPr>
          <w:p>
            <w:pPr>
              <w:bidi/>
            </w:pPr>
            <w:r>
              <w:rPr>
                <w:sz w:val="20"/>
                <w:szCs w:val="20"/>
                <w:rtl/>
              </w:rPr>
              <w:t>חתימת לקוח נוסף</w:t>
            </w:r>
          </w:p>
        </w:tc>
        <w:tc>
          <w:tcPr>
            <w:tcW w:type="dxa" w:w="3213"/>
          </w:tcPr>
          <w:p>
            <w:pPr>
              <w:bidi/>
            </w:pPr>
            <w:r>
              <w:rPr>
                <w:sz w:val="20"/>
                <w:szCs w:val="20"/>
                <w:rtl/>
              </w:rPr>
              <w:t>חתימת המתווך</w:t>
            </w:r>
          </w:p>
        </w:tc>
      </w:tr>
    </w:tbl>
    <w:p>
      <w:pPr>
        <w:bidi/>
        <w:spacing w:after="0"/>
      </w:pPr>
      <w:r>
        <w:br w:type="page"/>
      </w:r>
    </w:p>
    <w:p>
      <w:pPr>
        <w:bidi/>
        <w:spacing w:before="0" w:after="0"/>
        <w:jc w:val="center"/>
      </w:pPr>
      <w:r>
        <w:rPr>
          <w:b/>
          <w:bCs/>
          <w:sz w:val="32"/>
          <w:szCs w:val="32"/>
          <w:rtl/>
        </w:rPr>
        <w:t>נספח ב׳: פעולות שיווק בתקופת הבלעדיות</w:t>
      </w:r>
    </w:p>
    <w:p>
      <w:pPr>
        <w:bidi/>
        <w:spacing w:after="200"/>
        <w:jc w:val="center"/>
      </w:pPr>
      <w:r>
        <w:rPr>
          <w:color w:val="444444"/>
          <w:sz w:val="22"/>
          <w:szCs w:val="22"/>
          <w:rtl/>
        </w:rPr>
        <w:t>טופס נפרד מההזמנה, לפי תקנות המתווכים במקרקעין (פעולות שיווק), התשס״ה-2004</w:t>
      </w:r>
    </w:p>
    <w:p>
      <w:pPr>
        <w:bidi/>
        <w:spacing w:before="80"/>
      </w:pPr>
      <w:r>
        <w:rPr>
          <w:rtl/>
        </w:rPr>
        <w:t>שם הלקוח: ____________________________</w:t>
      </w:r>
      <w:r>
        <w:rPr>
          <w:rtl/>
        </w:rPr>
        <w:t xml:space="preserve">      כתובת הנכס: ____________________________</w:t>
      </w:r>
    </w:p>
    <w:p>
      <w:pPr>
        <w:bidi/>
        <w:spacing w:before="80"/>
      </w:pPr>
      <w:r>
        <w:rPr>
          <w:rtl/>
        </w:rPr>
        <w:t>המתווך יבצע שתי פעולות שיווק לפחות מבין הפעולות 1 עד 6, אלא אם סוכם שתבוצע פעולה 7, יחד עם פעולה מהפעולות 1 עד 6 או בלעדיה. הלקוח רשאי להסכים עם המתווך על פעולות השיווק שיבצע המתווך. סמנו את הפעולות שסוכמו:</w:t>
      </w:r>
    </w:p>
    <w:p>
      <w:pPr>
        <w:bidi/>
        <w:spacing w:before="60"/>
        <w:ind w:left="624" w:hanging="624"/>
      </w:pPr>
      <w:r>
        <w:rPr>
          <w:rtl/>
        </w:rPr>
        <w:t>☐  1.  פרסום באמצעות שילוט, באחת או יותר מהדרכים: הצבת שלט על הנכס או בקרבתו; הצבת שלט על לוח מודעות ציבורי; הצבת שלט במרכז קהילתי; שלט אחר כפי שיוסכם בין המתווך ללקוח.</w:t>
      </w:r>
    </w:p>
    <w:p>
      <w:pPr>
        <w:bidi/>
        <w:spacing w:before="60"/>
        <w:ind w:left="624" w:hanging="624"/>
      </w:pPr>
      <w:r>
        <w:rPr>
          <w:rtl/>
        </w:rPr>
        <w:t>☐  2.  פרסום בקרב קהל לקוחות מסוים שמופיע במאגר של המתווך, באמצעי אלקטרוני, בדיוור ישיר או באמצעי אחר כפי שיוסכם, או פרסום מודעה באתר אינטרנט או באמצעי ממוחשב אחר שנועדו לשיווק נכסי מקרקעין.</w:t>
      </w:r>
    </w:p>
    <w:p>
      <w:pPr>
        <w:bidi/>
        <w:spacing w:before="60"/>
        <w:ind w:left="624" w:hanging="624"/>
      </w:pPr>
      <w:r>
        <w:rPr>
          <w:rtl/>
        </w:rPr>
        <w:t>☐  3.  פרסום בעיתון יומי נפוץ אחד לפחות.</w:t>
      </w:r>
    </w:p>
    <w:p>
      <w:pPr>
        <w:bidi/>
        <w:spacing w:before="60"/>
        <w:ind w:left="624" w:hanging="624"/>
      </w:pPr>
      <w:r>
        <w:rPr>
          <w:rtl/>
        </w:rPr>
        <w:t>☐  4.  פרסום בעיתון מקומי או בעיתון המיועד לקהל יעד מסוים, לפי בחירת הלקוח.</w:t>
      </w:r>
    </w:p>
    <w:p>
      <w:pPr>
        <w:bidi/>
        <w:spacing w:before="60"/>
        <w:ind w:left="624" w:hanging="624"/>
      </w:pPr>
      <w:r>
        <w:rPr>
          <w:rtl/>
        </w:rPr>
        <w:t>☐  5.  הזמנת רוכשים פוטנציאליים או מתווכים נוספים לבקר בנכס במועד שיוסכם.</w:t>
      </w:r>
    </w:p>
    <w:p>
      <w:pPr>
        <w:bidi/>
        <w:spacing w:before="60"/>
        <w:ind w:left="624" w:hanging="624"/>
      </w:pPr>
      <w:r>
        <w:rPr>
          <w:rtl/>
        </w:rPr>
        <w:t>☐  6.  הזמנת חמישה מתווכים אחרים לפחות, הפעילים ביישוב שבו נמצא הנכס העומד למכירה, לשתף פעולה לשם מכירת הנכס.</w:t>
      </w:r>
    </w:p>
    <w:p>
      <w:pPr>
        <w:bidi/>
        <w:spacing w:before="60"/>
        <w:ind w:left="624" w:hanging="624"/>
      </w:pPr>
      <w:r>
        <w:rPr>
          <w:rtl/>
        </w:rPr>
        <w:t>☐  7.  פעולת שיווק אחרת שסוכמה בין הצדדים (פרטו): ______________________________</w:t>
      </w:r>
    </w:p>
    <w:p>
      <w:pPr>
        <w:bidi/>
        <w:spacing w:before="80"/>
      </w:pPr>
      <w:r>
        <w:rPr>
          <w:rtl/>
        </w:rPr>
        <w:t xml:space="preserve">אם סומנה פעולה 7, היא תבוצע:   </w:t>
      </w:r>
      <w:r>
        <w:rPr>
          <w:rtl/>
        </w:rPr>
        <w:t>☐ יחד עם פעולה מהפעולות 1 עד 6     ☐ בלי פעולה מהפעולות 1 עד 6</w:t>
      </w:r>
    </w:p>
    <w:p>
      <w:pPr>
        <w:bidi/>
        <w:spacing w:before="280" w:after="0"/>
      </w:pPr>
    </w:p>
    <w:tbl>
      <w:tblPr>
        <w:bidiVisual/>
        <w:tblW w:type="pct" w:w="5000"/>
        <w:tblBorders>
          <w:top w:val="nil"/>
          <w:left w:val="nil"/>
          <w:bottom w:val="nil"/>
          <w:right w:val="nil"/>
          <w:insideH w:val="nil"/>
          <w:insideV w:val="nil"/>
        </w:tblBorders>
        <w:tblLook w:firstColumn="1" w:firstRow="1" w:lastColumn="0" w:lastRow="0" w:noHBand="0" w:noVBand="1" w:val="04A0"/>
      </w:tblPr>
      <w:tblGrid>
        <w:gridCol w:w="4819"/>
        <w:gridCol w:w="4819"/>
      </w:tblGrid>
      <w:tr>
        <w:tc>
          <w:tcPr>
            <w:tcW w:type="dxa" w:w="4819"/>
          </w:tcPr>
          <w:p>
            <w:pPr>
              <w:bidi/>
            </w:pPr>
            <w:r>
              <w:rPr>
                <w:rtl/>
              </w:rPr>
              <w:t>______________________</w:t>
            </w:r>
          </w:p>
        </w:tc>
        <w:tc>
          <w:tcPr>
            <w:tcW w:type="dxa" w:w="4819"/>
          </w:tcPr>
          <w:p>
            <w:pPr>
              <w:bidi/>
            </w:pPr>
            <w:r>
              <w:rPr>
                <w:rtl/>
              </w:rPr>
              <w:t>______________________</w:t>
            </w:r>
          </w:p>
        </w:tc>
      </w:tr>
      <w:tr>
        <w:tc>
          <w:tcPr>
            <w:tcW w:type="dxa" w:w="4819"/>
          </w:tcPr>
          <w:p>
            <w:pPr>
              <w:bidi/>
            </w:pPr>
            <w:r>
              <w:rPr>
                <w:sz w:val="20"/>
                <w:szCs w:val="20"/>
                <w:rtl/>
              </w:rPr>
              <w:t>חתימת הלקוח</w:t>
            </w:r>
          </w:p>
        </w:tc>
        <w:tc>
          <w:tcPr>
            <w:tcW w:type="dxa" w:w="4819"/>
          </w:tcPr>
          <w:p>
            <w:pPr>
              <w:bidi/>
            </w:pPr>
            <w:r>
              <w:rPr>
                <w:sz w:val="20"/>
                <w:szCs w:val="20"/>
                <w:rtl/>
              </w:rPr>
              <w:t>חתימת המתווך</w:t>
            </w:r>
          </w:p>
        </w:tc>
      </w:tr>
    </w:tbl>
    <w:sectPr w:rsidR="00FC693F" w:rsidRPr="0006063C" w:rsidSect="00034616">
      <w:footerReference w:type="default" r:id="rId9"/>
      <w:pgSz w:w="11906" w:h="16838"/>
      <w:pgMar w:top="1020" w:right="1134" w:bottom="1020" w:left="1134" w:header="720" w:footer="720" w:gutter="0"/>
      <w:cols w:space="720"/>
      <w:bidi/>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jc w:val="center"/>
    </w:pPr>
    <w:r>
      <w:rPr>
        <w:color w:val="777777"/>
        <w:sz w:val="16"/>
        <w:szCs w:val="16"/>
        <w:rtl/>
      </w:rPr>
      <w:t>נוסח לדוגמה מאתר realise.co.il. אינו ייעוץ משפטי: התאימו אותו לעסקה ובדקו אותו עם עורך דין.</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spacing w:after="80" w:line="300" w:lineRule="auto"/>
    </w:pPr>
    <w:rPr>
      <w:rFonts w:ascii="Arial" w:hAnsi="Arial" w:cs="Arial" w:eastAsia="Arial"/>
      <w:sz w:val="22"/>
      <w:szCs w:val="22"/>
      <w:rtl/>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הסכם תיווך בבלעדיות עם נספח פעולות שיווק</dc:title>
  <dc:subject/>
  <dc:creator>Realise</dc:creator>
  <cp:keywords/>
  <dc:description>generated by python-docx</dc:description>
  <cp:lastModifiedBy/>
  <cp:revision>1</cp:revision>
  <dcterms:created xsi:type="dcterms:W3CDTF">2013-12-23T23:15:00Z</dcterms:created>
  <dcterms:modified xsi:type="dcterms:W3CDTF">2013-12-23T23:15:00Z</dcterms:modified>
  <cp:category/>
  <dc:language>he-IL</dc:language>
</cp:coreProperties>
</file>