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center"/>
      </w:pPr>
      <w:r>
        <w:rPr>
          <w:b/>
          <w:bCs/>
          <w:sz w:val="32"/>
          <w:szCs w:val="32"/>
          <w:rtl/>
        </w:rPr>
        <w:t>הזמנת שירותי תיווך במקרקעין</w:t>
      </w:r>
    </w:p>
    <w:p>
      <w:pPr>
        <w:bidi/>
        <w:spacing w:after="200"/>
        <w:jc w:val="center"/>
      </w:pPr>
      <w:r>
        <w:rPr>
          <w:color w:val="444444"/>
          <w:sz w:val="22"/>
          <w:szCs w:val="22"/>
          <w:rtl/>
        </w:rPr>
        <w:t>למוכר או למשכיר של נכס</w:t>
      </w:r>
    </w:p>
    <w:p>
      <w:pPr>
        <w:bidi/>
        <w:spacing w:before="80"/>
      </w:pPr>
      <w:r>
        <w:rPr>
          <w:rtl/>
        </w:rPr>
        <w:t>תאריך: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המתווך</w:t>
      </w:r>
    </w:p>
    <w:p>
      <w:pPr>
        <w:bidi/>
        <w:spacing w:before="80"/>
      </w:pPr>
      <w:r>
        <w:rPr>
          <w:rtl/>
        </w:rPr>
        <w:t>שם המתווך: ____________________________</w:t>
      </w:r>
      <w:r>
        <w:rPr>
          <w:rtl/>
        </w:rPr>
        <w:t xml:space="preserve">      מספר רישיון: __________</w:t>
      </w:r>
    </w:p>
    <w:p>
      <w:pPr>
        <w:bidi/>
        <w:spacing w:before="80"/>
      </w:pPr>
      <w:r>
        <w:rPr>
          <w:rtl/>
        </w:rPr>
        <w:t>מספר זהות: ________________</w:t>
      </w:r>
      <w:r>
        <w:rPr>
          <w:rtl/>
        </w:rPr>
        <w:t xml:space="preserve">      שם המשרד: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הלקוח (בעל הנכס)</w:t>
      </w:r>
    </w:p>
    <w:p>
      <w:pPr>
        <w:bidi/>
        <w:spacing w:before="80"/>
      </w:pPr>
      <w:r>
        <w:rPr>
          <w:rtl/>
        </w:rPr>
        <w:t>שם מלא: ____________________________</w:t>
      </w:r>
      <w:r>
        <w:rPr>
          <w:rtl/>
        </w:rPr>
        <w:t xml:space="preserve">      מספר זהות: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bidi/>
        <w:spacing w:before="80"/>
      </w:pPr>
      <w:r>
        <w:rPr>
          <w:rtl/>
        </w:rPr>
        <w:t>לקוח נוסף, אם יש: שם מלא: ____________________________</w:t>
      </w:r>
      <w:r>
        <w:rPr>
          <w:rtl/>
        </w:rPr>
        <w:t xml:space="preserve">      מספר זהות: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סוג העסקה</w:t>
      </w:r>
    </w:p>
    <w:p>
      <w:pPr>
        <w:bidi/>
        <w:spacing w:before="80"/>
      </w:pPr>
      <w:r>
        <w:rPr>
          <w:rtl/>
        </w:rPr>
        <w:t xml:space="preserve">העסקה המבוקשת:   </w:t>
      </w:r>
      <w:r>
        <w:rPr>
          <w:rtl/>
        </w:rPr>
        <w:t>☐ מכירה     ☐ השכרה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תיאור הנכס</w:t>
      </w:r>
    </w:p>
    <w:p>
      <w:pPr>
        <w:bidi/>
        <w:spacing w:before="80"/>
      </w:pPr>
      <w:r>
        <w:rPr>
          <w:rtl/>
        </w:rPr>
        <w:t>כתובת הנכס: ____________________________</w:t>
      </w:r>
      <w:r>
        <w:rPr>
          <w:rtl/>
        </w:rPr>
        <w:t xml:space="preserve">      עיר: ________________</w:t>
      </w:r>
    </w:p>
    <w:p>
      <w:pPr>
        <w:bidi/>
        <w:spacing w:before="80"/>
      </w:pPr>
      <w:r>
        <w:rPr>
          <w:rtl/>
        </w:rPr>
        <w:t>גוש: __________</w:t>
      </w:r>
      <w:r>
        <w:rPr>
          <w:rtl/>
        </w:rPr>
        <w:t xml:space="preserve">      חלקה: __________</w:t>
      </w:r>
      <w:r>
        <w:rPr>
          <w:rtl/>
        </w:rPr>
        <w:t xml:space="preserve">      תת חלקה: __________</w:t>
      </w:r>
    </w:p>
    <w:p>
      <w:pPr>
        <w:bidi/>
        <w:spacing w:before="80"/>
      </w:pPr>
      <w:r>
        <w:rPr>
          <w:rtl/>
        </w:rPr>
        <w:t xml:space="preserve">סוג הנכס:   </w:t>
      </w:r>
      <w:r>
        <w:rPr>
          <w:rtl/>
        </w:rPr>
        <w:t>☐ דירה     ☐ בית פרטי     ☐ משרד     ☐ חנות     ☐ מגרש     ☐ אחר: ____________</w:t>
      </w:r>
    </w:p>
    <w:p>
      <w:pPr>
        <w:bidi/>
        <w:spacing w:before="80"/>
      </w:pPr>
      <w:r>
        <w:rPr>
          <w:rtl/>
        </w:rPr>
        <w:t>חדרים: __________</w:t>
      </w:r>
      <w:r>
        <w:rPr>
          <w:rtl/>
        </w:rPr>
        <w:t xml:space="preserve">      קומה: __________</w:t>
      </w:r>
      <w:r>
        <w:rPr>
          <w:rtl/>
        </w:rPr>
        <w:t xml:space="preserve">      שטח במ״ר: __________</w:t>
      </w:r>
    </w:p>
    <w:p>
      <w:pPr>
        <w:bidi/>
        <w:spacing w:before="80"/>
      </w:pPr>
      <w:r>
        <w:rPr>
          <w:rtl/>
        </w:rPr>
        <w:t>הצמדות (חניה, מחסן וכדומה): ____________________________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מחיר ודמי תיווך</w:t>
      </w:r>
    </w:p>
    <w:p>
      <w:pPr>
        <w:bidi/>
        <w:spacing w:before="80"/>
      </w:pPr>
      <w:r>
        <w:rPr>
          <w:rtl/>
        </w:rPr>
        <w:t>המחיר המבוקש בקירוב, בש״ח (בהשכרה: דמי השכירות לחודש): ____________________________</w:t>
      </w:r>
    </w:p>
    <w:p>
      <w:pPr>
        <w:bidi/>
        <w:spacing w:before="80"/>
      </w:pPr>
      <w:r>
        <w:rPr>
          <w:rtl/>
        </w:rPr>
        <w:t>דמי התיווך באחוזים ממחיר העסקה: __________</w:t>
      </w:r>
      <w:r>
        <w:rPr>
          <w:rtl/>
        </w:rPr>
        <w:t xml:space="preserve">      או: סכום קבוע בש״ח: ________________</w:t>
      </w:r>
    </w:p>
    <w:p>
      <w:pPr>
        <w:bidi/>
        <w:spacing w:before="80"/>
      </w:pPr>
      <w:r>
        <w:rPr>
          <w:rtl/>
        </w:rPr>
        <w:t xml:space="preserve">מע״מ:   </w:t>
      </w:r>
      <w:r>
        <w:rPr>
          <w:rtl/>
        </w:rPr>
        <w:t>☐ דמי התיווך אינם כוללים מע״מ, ומע״מ יתווסף להם     ☐ דמי התיווך כוללים מע״מ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תנאים</w:t>
      </w:r>
    </w:p>
    <w:p>
      <w:pPr>
        <w:bidi/>
        <w:spacing w:before="40"/>
        <w:ind w:left="340" w:hanging="340"/>
      </w:pPr>
      <w:r>
        <w:rPr>
          <w:rtl/>
        </w:rPr>
        <w:t>1.  הלקוח מזמין בזה מהמתווך שירותי תיווך לעסקה בנכס המתואר לעיל, ומאשר שהפרטים שמסר נכונים.</w:t>
      </w:r>
    </w:p>
    <w:p>
      <w:pPr>
        <w:bidi/>
        <w:spacing w:before="40"/>
        <w:ind w:left="340" w:hanging="340"/>
      </w:pPr>
      <w:r>
        <w:rPr>
          <w:rtl/>
        </w:rPr>
        <w:t>2.  דמי התיווך ישולמו למתווך עם חתימת הסכם מחייב בין הלקוח לבין הצד השני לעסקה.</w:t>
      </w:r>
    </w:p>
    <w:p>
      <w:pPr>
        <w:bidi/>
        <w:spacing w:before="40"/>
        <w:ind w:left="340" w:hanging="340"/>
      </w:pPr>
      <w:r>
        <w:rPr>
          <w:rtl/>
        </w:rPr>
        <w:t>3.  הלקוח מאשר למתווך לפרסם את הנכס ולהציג אותו למתעניינים.</w:t>
      </w:r>
    </w:p>
    <w:p>
      <w:pPr>
        <w:bidi/>
        <w:spacing w:before="40"/>
        <w:ind w:left="340" w:hanging="340"/>
      </w:pPr>
      <w:r>
        <w:rPr>
          <w:rtl/>
        </w:rPr>
        <w:t>4.  הזמנה זו אינה נותנת למתווך בלעדיות. בלעדיות ניתנת רק במסמך נפרד שהלקוח חותם עליו, ובו נקבעת תקופתה.</w:t>
      </w:r>
    </w:p>
    <w:p>
      <w:pPr>
        <w:bidi/>
        <w:spacing w:before="40"/>
        <w:ind w:left="340" w:hanging="340"/>
      </w:pPr>
      <w:r>
        <w:rPr>
          <w:rtl/>
        </w:rPr>
        <w:t>5.  הלקוח מאשר שקיבל עותק של הזמנה זו.</w:t>
      </w:r>
    </w:p>
    <w:p>
      <w:pPr>
        <w:bidi/>
        <w:spacing w:before="80"/>
      </w:pPr>
      <w:r>
        <w:rPr>
          <w:rtl/>
        </w:rPr>
        <w:t>עניין אישי של המתווך בנכס או בעסקה, אם יש (סעיף 10 לחוק): ____________________________</w:t>
      </w:r>
    </w:p>
    <w:p>
      <w:pPr>
        <w:bidi/>
        <w:spacing w:before="280" w:after="0"/>
      </w:pPr>
    </w:p>
    <w:tbl>
      <w:tblPr>
        <w:bidiVisual/>
        <w:tblW w:type="pct" w:w="5000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</w:tr>
      <w:tr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הלקוח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לקוח נוסף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המתווך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777777"/>
        <w:sz w:val="16"/>
        <w:szCs w:val="16"/>
        <w:rtl/>
      </w:rPr>
      <w:t>נוסח לדוגמה מאתר realise.co.il. אינו ייעוץ משפטי: התאימו אותו לעסקה ובדקו אותו עם עורך דין.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 w:eastAsia="Arial"/>
      <w:sz w:val="22"/>
      <w:szCs w:val="22"/>
      <w:rtl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הזמנת שירותי תיווך למוכר ולמשכיר</dc:title>
  <dc:subject/>
  <dc:creator>Realise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he-IL</dc:language>
</cp:coreProperties>
</file>